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76" w:lineRule="auto"/>
        <w:jc w:val="center"/>
      </w:pPr>
      <w:r>
        <w:rPr>
          <w:b/>
          <w:sz w:val="24"/>
        </w:rPr>
        <w:t>FORMULÁR NA ODSTÚPENIE OD ZMLUVY UZAVRETEJ NA DIAĽKU A ZMLUVY UZAVRETEJ MIMO PREVÁDZKOVÝCH PRIESTOROV OBCHODNÍKA</w:t>
      </w:r>
    </w:p>
    <w:p>
      <w:pPr>
        <w:spacing w:before="0" w:after="80" w:line="276" w:lineRule="auto"/>
        <w:jc w:val="center"/>
      </w:pPr>
      <w:r>
        <w:rPr>
          <w:b/>
        </w:rPr>
        <w:t>www.asante.club</w:t>
      </w:r>
    </w:p>
    <w:p>
      <w:pPr>
        <w:spacing w:before="0" w:after="360" w:line="276" w:lineRule="auto"/>
        <w:jc w:val="center"/>
      </w:pPr>
      <w:r>
        <w:rPr>
          <w:b w:val="0"/>
        </w:rPr>
        <w:t>(Vyplňte a zašlite tento formulár, len ak si želáte odstúpiť od zmluvy uzavretej na diaľku alebo od zmluvy uzavretej mimo prevádzkových priestorov obchodníka.)</w:t>
      </w:r>
    </w:p>
    <w:p>
      <w:pPr>
        <w:spacing w:before="200" w:after="80" w:line="276" w:lineRule="auto"/>
      </w:pPr>
      <w:r>
        <w:rPr>
          <w:b w:val="0"/>
        </w:rPr>
        <w:t>– Komu: EVERTEC,s.r.o., Svetlá 10, 81102 Bratislava, Slovensko</w:t>
      </w:r>
    </w:p>
    <w:p>
      <w:pPr>
        <w:tabs>
          <w:tab w:pos="9412" w:val="right" w:leader="dot"/>
        </w:tabs>
        <w:spacing w:before="320" w:after="80" w:line="276" w:lineRule="auto"/>
      </w:pPr>
      <w:r>
        <w:rPr>
          <w:b w:val="0"/>
        </w:rPr>
        <w:t>– Týmto oznamujem/oznamujeme*, že odstupujem/odstupujeme* od zmluvy o dodaní alebo poskytnutí tohto produktu:</w:t>
        <w:tab/>
      </w:r>
    </w:p>
    <w:p>
      <w:pPr>
        <w:tabs>
          <w:tab w:pos="9412" w:val="right" w:leader="dot"/>
        </w:tabs>
        <w:spacing w:before="320" w:after="80" w:line="276" w:lineRule="auto"/>
      </w:pPr>
      <w:r>
        <w:rPr>
          <w:b w:val="0"/>
        </w:rPr>
        <w:tab/>
      </w:r>
    </w:p>
    <w:p>
      <w:pPr>
        <w:tabs>
          <w:tab w:pos="9412" w:val="right" w:leader="dot"/>
        </w:tabs>
        <w:spacing w:before="320" w:after="80" w:line="276" w:lineRule="auto"/>
      </w:pPr>
      <w:r>
        <w:rPr>
          <w:b w:val="0"/>
        </w:rPr>
        <w:t>– Dátum objednania/dátum prijatia*</w:t>
        <w:tab/>
      </w:r>
    </w:p>
    <w:p>
      <w:pPr>
        <w:tabs>
          <w:tab w:pos="9412" w:val="right" w:leader="dot"/>
        </w:tabs>
        <w:spacing w:before="320" w:after="80" w:line="276" w:lineRule="auto"/>
      </w:pPr>
      <w:r>
        <w:rPr>
          <w:b w:val="0"/>
        </w:rPr>
        <w:t>– Meno a priezvisko spotrebiteľa/spotrebiteľov*</w:t>
        <w:tab/>
      </w:r>
    </w:p>
    <w:p>
      <w:pPr>
        <w:tabs>
          <w:tab w:pos="9412" w:val="right" w:leader="dot"/>
        </w:tabs>
        <w:spacing w:before="320" w:after="80" w:line="276" w:lineRule="auto"/>
      </w:pPr>
      <w:r>
        <w:rPr>
          <w:b w:val="0"/>
        </w:rPr>
        <w:t>– Adresa spotrebiteľa/spotrebiteľov*</w:t>
        <w:tab/>
      </w:r>
    </w:p>
    <w:p>
      <w:pPr>
        <w:tabs>
          <w:tab w:pos="9412" w:val="right" w:leader="dot"/>
        </w:tabs>
        <w:spacing w:before="320" w:after="80" w:line="276" w:lineRule="auto"/>
      </w:pPr>
      <w:r>
        <w:rPr>
          <w:b w:val="0"/>
        </w:rPr>
        <w:tab/>
      </w:r>
    </w:p>
    <w:p>
      <w:pPr>
        <w:tabs>
          <w:tab w:pos="9412" w:val="right" w:leader="dot"/>
        </w:tabs>
        <w:spacing w:before="320" w:after="80" w:line="276" w:lineRule="auto"/>
      </w:pPr>
      <w:r>
        <w:rPr>
          <w:b w:val="0"/>
        </w:rPr>
        <w:t>– Podpis spotrebiteľa/spotrebiteľov* (ak sa tento formulár podáva v listinnej podobe)</w:t>
        <w:tab/>
      </w:r>
    </w:p>
    <w:p>
      <w:pPr>
        <w:tabs>
          <w:tab w:pos="9412" w:val="right" w:leader="dot"/>
        </w:tabs>
        <w:spacing w:before="320" w:after="80" w:line="276" w:lineRule="auto"/>
      </w:pPr>
      <w:r>
        <w:rPr>
          <w:b w:val="0"/>
        </w:rPr>
        <w:tab/>
      </w:r>
    </w:p>
    <w:p>
      <w:pPr>
        <w:tabs>
          <w:tab w:pos="9412" w:val="right" w:leader="dot"/>
        </w:tabs>
        <w:spacing w:before="320" w:after="80" w:line="276" w:lineRule="auto"/>
      </w:pPr>
      <w:r>
        <w:rPr>
          <w:b w:val="0"/>
        </w:rPr>
        <w:t>– Dátum</w:t>
        <w:tab/>
      </w:r>
    </w:p>
    <w:p>
      <w:pPr>
        <w:tabs>
          <w:tab w:pos="9412" w:val="right" w:leader="dot"/>
        </w:tabs>
        <w:spacing w:before="320" w:after="80" w:line="276" w:lineRule="auto"/>
      </w:pPr>
      <w:r>
        <w:rPr>
          <w:b w:val="0"/>
        </w:rPr>
        <w:t>-V prípade ak si želáte zaslať peniaze na bankový účet uveďte jeho číslo</w:t>
        <w:tab/>
      </w:r>
    </w:p>
    <w:p>
      <w:pPr>
        <w:tabs>
          <w:tab w:pos="9412" w:val="right" w:leader="dot"/>
        </w:tabs>
        <w:spacing w:before="320" w:after="80" w:line="276" w:lineRule="auto"/>
      </w:pPr>
      <w:r>
        <w:rPr>
          <w:b w:val="0"/>
        </w:rPr>
        <w:tab/>
      </w:r>
    </w:p>
    <w:p>
      <w:pPr>
        <w:spacing w:before="360" w:after="80" w:line="276" w:lineRule="auto"/>
      </w:pPr>
      <w:r>
        <w:rPr>
          <w:b w:val="0"/>
        </w:rPr>
        <w:t>* Nehodiace sa prečiarknite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Formulár na odstúpenie od zmluvy</dc:title>
  <dc:subject/>
  <dc:creator>Asante club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